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36" w:lineRule="auto"/>
        <w:jc w:val="center"/>
        <w:bidi/>
      </w:pPr>
      <w:r>
        <w:rPr>
          <w:rFonts w:ascii="Arial" w:hAnsi="Arial" w:cs="Arial"/>
          <w:b/>
          <w:color w:val="1B4F72"/>
          <w:sz w:val="40"/>
          <w:rtl w:val="1"/>
        </w:rPr>
        <w:t>نماذج اهداء بحث تخرج جاهزة</w:t>
      </w:r>
    </w:p>
    <w:p>
      <w:pPr>
        <w:spacing w:after="80" w:before="0" w:line="336" w:lineRule="auto"/>
        <w:jc w:val="center"/>
        <w:bidi/>
      </w:pPr>
      <w:r>
        <w:rPr>
          <w:rFonts w:ascii="Arial" w:hAnsi="Arial" w:cs="Arial"/>
          <w:b w:val="0"/>
          <w:color w:val="606060"/>
          <w:sz w:val="22"/>
          <w:rtl w:val="1"/>
        </w:rPr>
        <w:t>نموذج جاهز للتعبئة والطباعة — إعداد شركة توبرز للخدمات الطلابية</w:t>
      </w:r>
    </w:p>
    <w:p>
      <w:pPr>
        <w:spacing w:after="280" w:before="0" w:line="336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toppers-edu.com  |  واتساب: +966549093465</w:t>
      </w:r>
    </w:p>
    <w:p>
      <w:pPr>
        <w:spacing w:after="280" w:before="0" w:line="336" w:lineRule="auto"/>
        <w:jc w:val="right"/>
        <w:bidi/>
      </w:pPr>
      <w:r>
        <w:rPr>
          <w:rFonts w:ascii="Arial" w:hAnsi="Arial" w:cs="Arial"/>
          <w:b w:val="0"/>
          <w:color w:val="606060"/>
          <w:sz w:val="22"/>
          <w:rtl w:val="1"/>
        </w:rPr>
        <w:t>طريقة الاستخدام: اختر النموذج الأقرب إلى مشاعرك، وانسخه في صفحة مستقلة داخل بحثك، ثم استبدل ما بين القوسين [ ] بالأسماء المناسبة. يُفضّل توسيط النص وجعله بخط عريض.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1) إلى الوالدين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والديّ العزيزين اللذين كانا لي دائمًا مصدر إلهام ودعم، وغرسا فيّ حب العلم منذ الصغر: أهدي هذا البحث تعبيرًا عن شكري وامتناني العميقين، وأرجو أن يكون ثمرة تعبكما وجهودكما.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2) إلى الأب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أبي الحبيب الذي علّمني أن النجاح لا يأتي إلا بالجد والاجتهاد، وكان لي القدوة والمثل الأعلى في الصبر: إليك أهدي هذا العمل عربون وفاء وتقدير.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3) إلى الأم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أمي الحبيبة، التي منحتني القوة والحنان والدعاء في كل خطوة من رحلتي العلمية: أهديكِ هذا الإنجاز عربون وفاء لا يفيكِ حقك.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4) إلى الإخوة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إخوتي وأخواتي، رفاق البيت الأوائل الذين شاركوني أحلامي ووقفوا إلى جانبي في كل تعثّر ونجاح: أهديكم هذا البحث عرفانًا بدعمكم الذي لم ينقطع.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5) إلى الأساتذة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أساتذتي الكرام الذين لم يبخلوا عليّ بالعلم والتوجيه طوال سنوات الدراسة: أهدي هذا العمل تقديرًا واحترامًا لجهودكم في بنائي علميًا.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6) إلى الأصدقاء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الأصدقاء الأوفياء الذين شاركوني رحلة العلم بحب وصدق، ولم يتوانوا يومًا عن تقديم العون: أهدي لكم هذا البحث اعترافًا بالجميل.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7) إلى الزوج / الزوجة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رفيق دربي الذي كان الداعم الأول لي، وتحمّل انشغالي طوال فترة إعداد البحث: أهديك هذا العمل تعبيرًا عن شكري لصبرك ودعمك المستمر.</w:t>
      </w:r>
    </w:p>
    <w:p>
      <w:pPr>
        <w:spacing w:after="60" w:before="120" w:line="336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8) نموذج قصير ومؤثر</w:t>
      </w:r>
    </w:p>
    <w:p>
      <w:pPr>
        <w:spacing w:after="20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من كانوا سندي حين ضعفت، ونوري حين أظلم الطريق: أهدي إليكم ثمرة تعبي، فما وصلتُ إلا بفضل الله ثم بكم.</w:t>
      </w:r>
    </w:p>
    <w:p>
      <w:pPr>
        <w:spacing w:after="80" w:before="200" w:line="336" w:lineRule="auto"/>
        <w:jc w:val="right"/>
        <w:bidi/>
      </w:pPr>
      <w:r>
        <w:rPr>
          <w:rFonts w:ascii="Arial" w:hAnsi="Arial" w:cs="Arial"/>
          <w:b/>
          <w:color w:val="1B4F72"/>
          <w:sz w:val="28"/>
          <w:rtl w:val="1"/>
        </w:rPr>
        <w:t>نموذج فارغ للتعبئة</w:t>
      </w:r>
    </w:p>
    <w:p>
      <w:pPr>
        <w:spacing w:after="280" w:before="0" w:line="336" w:lineRule="auto"/>
        <w:jc w:val="center"/>
        <w:bidi/>
      </w:pPr>
      <w:r>
        <w:rPr>
          <w:rFonts w:ascii="Arial" w:hAnsi="Arial" w:cs="Arial"/>
          <w:b w:val="0"/>
          <w:sz w:val="26"/>
          <w:rtl w:val="1"/>
        </w:rPr>
        <w:t>إلى [الأب / الأم / ................]، إلى من [موقف أو صفة تخصّه]، وإلى كل من [.....................]: أهدي هذا البحث عربون [شكر / امتنان / وفاء]، راجيًا أن يكون ثمرة دعمكم وتشجيعكم.</w:t>
      </w:r>
    </w:p>
    <w:p>
      <w:pPr>
        <w:spacing w:after="160" w:before="120" w:line="336" w:lineRule="auto"/>
        <w:jc w:val="center"/>
        <w:bidi/>
      </w:pPr>
      <w:r>
        <w:rPr>
          <w:rFonts w:ascii="Arial" w:hAnsi="Arial" w:cs="Arial"/>
          <w:b w:val="0"/>
          <w:color w:val="606060"/>
          <w:sz w:val="22"/>
          <w:rtl w:val="1"/>
        </w:rPr>
        <w:t>هل تريد إهداءً مخصّصًا يعبّر عنك، أو مساعدة في إعداد بحثك كاملًا؟ تواصل مع فريق توبرز للخدمات الطلابية عبر واتساب: +966549093465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