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 w:val="0"/>
          <w:color w:val="2874A6"/>
          <w:sz w:val="22"/>
          <w:rtl w:val="1"/>
          <w:szCs w:val="22"/>
        </w:rPr>
        <w:t>نموذج بحث تخرج بكالوريوس من توبرز للخدمات الطلابية – استبدل كل ما بين القوسين [ ] ببيانات بحثك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المملكة العربية السعودية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وزارة التعليم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جامعة [اسم الجامعة]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كلية [اسم الكلية] – قسم [اسم القسم]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</w:t>
      </w:r>
    </w:p>
    <w:p>
      <w:pPr>
        <w:bidi w:val="1"/>
        <w:jc w:val="center"/>
      </w:pPr>
      <w:r>
        <w:rPr>
          <w:rFonts w:ascii="Arial" w:hAnsi="Arial" w:cs="Arial"/>
          <w:b/>
          <w:color w:val="1B4F72"/>
          <w:sz w:val="44"/>
          <w:rtl w:val="1"/>
          <w:szCs w:val="44"/>
          <w:bCs/>
        </w:rPr>
        <w:t>[عنوان البحث]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مثال: أثر استخدام وسائل التواصل الاجتماعي في التحصيل الدراسي لدى طلاب كلية التربية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بحث تخرج مقدم لاستكمال متطلبات الحصول على درجة البكالوريوس في [التخصص]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إعداد الطالب: [الاسم الرباعي] – الرقم الجامعي: [الرقم]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إشراف: د. [اسم المشرف]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العام الجامعي [1448هـ / 2026م]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الصفحات التمهيدية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الإهداء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إلى [من تهدي إليهم البحث]، الذين [سبب الإهداء في جملة واحدة]، أهدي هذا العمل.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الشكر والتقدير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الحمد لله الذي وفقني لإتمام هذا البحث، ثم أتقدم بالشكر إلى الدكتور [اسم المشرف] على توجيهاته، وإلى أعضاء هيئة التدريس في قسم [اسم القسم]، وإلى كل من أسهم في إنجاز هذا العمل.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ملخص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هدف البحث إلى [الهدف الرئيس]. واستخدم الباحث المنهج [الوصفي المسحي]، وطبّق [الاستبانة] على عينة من [عدد] طالبًا وطالبة في [مكان التطبيق]. وأظهرت النتائج أن [أهم نتيجة]، وأن [النتيجة الثانية]. وأوصى البحث بـ[التوصية الرئيسة].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الكلمات المفتاحية: [كلمة 1]، [كلمة 2]، [كلمة 3].</w:t>
      </w:r>
    </w:p>
    <w:p>
      <w:pPr>
        <w:bidi w:val="1"/>
        <w:jc w:val="right"/>
      </w:pPr>
      <w:r>
        <w:rPr>
          <w:rFonts w:ascii="Arial" w:hAnsi="Arial" w:cs="Arial"/>
          <w:b w:val="0"/>
          <w:color w:val="55606B"/>
          <w:sz w:val="24"/>
          <w:rtl w:val="1"/>
          <w:szCs w:val="24"/>
        </w:rPr>
        <w:t>ملاحظة: يُكتب الملخص في حدود 150 إلى 250 كلمة، ويُكتب بعد الانتهاء من البحث كله.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فهرس المحتويات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الفصل الأول: الإطار العام للبحث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الفصل الثاني: الإطار النظري والدراسات السابقة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الفصل الثالث: منهجية البحث وإجراءاته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الفصل الرابع: عرض النتائج ومناقشتها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الفصل الخامس: الخلاصة والتوصيات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المراجع ........ [رقم الصفحة]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الملاحق ........ [رقم الصفحة]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الفصل الأول: الإطار العام للبحث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1-1 المقدمة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يشهد [المجال] تغيرات متسارعة جعلت من [موضوع البحث] قضية تمس [الفئة المعنية] مباشرة. وقد لاحظ الباحث خلال [الدراسة أو التدريب الميداني] أن [الملاحظة التي قادت إلى البحث]، مما دفعه إلى دراسة هذا الموضوع للوقوف على [ما يسعى البحث إلى معرفته].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1-2 مشكلة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تتحدد مشكلة البحث في السؤال الرئيس الآتي: ما [أثر/علاقة/واقع] [المتغير المستقل] في [المتغير التابع] لدى [مجتمع البحث]؟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1-3 أسئلة البحث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ما مستوى [المتغير الأول] لدى [أفراد العينة]؟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ما مستوى [المتغير الثاني] لدى [أفراد العينة]؟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هل توجد علاقة ذات دلالة إحصائية بين [المتغير الأول] و[المتغير الثاني]؟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1-4 أهداف البحث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التعرف على مستوى [المتغير الأول] لدى [أفراد العينة].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الكشف عن العلاقة بين [المتغير الأول] و[المتغير الثاني].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تقديم توصيات تساعد على [الفائدة التطبيقية].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1-5 أهمية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تتمثل الأهمية النظرية في [ما يضيفه البحث إلى المعرفة]. وتتمثل الأهمية التطبيقية في أن نتائجه قد تفيد [الجهات المستفيدة] في [وجه الاستفادة].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1-6 حدود البحث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الحدود الموضوعية: [ما يتناوله البحث تحديدًا].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الحدود البشرية: [فئة العينة].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الحدود المكانية: [مكان التطبيق].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الحدود الزمانية: [الفصل الدراسي والعام].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1-7 مصطلحات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[المصطلح الأول]: يُعرَّف اصطلاحًا بأنه [التعريف مع ذكر المرجع]، ويُعرَّف إجرائيًا في هذا البحث بأنه [التعريف الإجرائي].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الفصل الثاني: الإطار النظري والدراسات السابقة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2-1 الإطار النظري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يُقسَّم الإطار النظري إلى محاور بعدد متغيرات البحث. يتناول المحور الأول [المتغير الأول]: مفهومه، وأنواعه، والنظريات المفسرة له. ويتناول المحور الثاني [المتغير الثاني] بالطريقة نفسها. ويُوثَّق كل ما يُنقل من المراجع داخل النص.</w:t>
      </w:r>
    </w:p>
    <w:p>
      <w:pPr>
        <w:bidi w:val="1"/>
        <w:jc w:val="right"/>
      </w:pPr>
      <w:r>
        <w:rPr>
          <w:rFonts w:ascii="Arial" w:hAnsi="Arial" w:cs="Arial"/>
          <w:b w:val="0"/>
          <w:color w:val="55606B"/>
          <w:sz w:val="24"/>
          <w:rtl w:val="1"/>
          <w:szCs w:val="24"/>
        </w:rPr>
        <w:t>ملاحظة: لا تنقل فقرات كاملة من المراجع. اقرأ، ثم أعد الصياغة بأسلوبك، ثم وثّق المصدر.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2-2 الدراسات السابقة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دراسة [اسم الباحث] ([السنة]) بعنوان: [عنوان الدراسة]. هدفت إلى [الهدف]، واستخدمت المنهج [المنهج]، وطُبّقت على [العينة]، وتوصلت إلى [أهم نتيجة].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تُعرض من خمس إلى عشر دراسات بهذه الطريقة، مرتبة من الأحدث إلى الأقدم أو العكس.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2-3 التعقيب على الدراسات السابقة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اتفق البحث الحالي مع الدراسات السابقة في [وجه الاتفاق]، واختلف عنها في [وجه الاختلاف]، واستفاد منها في [بناء الأداة أو اختيار المنهج].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الفصل الثالث: منهجية البحث وإجراءاته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3-1 منهج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استخدم الباحث المنهج [الوصفي المسحي] لملاءمته لطبيعة البحث وأهدافه.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3-2 مجتمع البحث وعينته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تكوّن مجتمع البحث من [وصف المجتمع وعدده]. واختيرت عينة [عشوائية بسيطة] بلغ عددها [عدد] مفردة.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3-3 أداة البحث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استخدم الباحث [الاستبانة] أداةً لجمع البيانات، وتكونت من [عدد] فقرة موزعة على [عدد] محاور. وتحقق من صدقها بعرضها على [عدد] من المحكّمين، ومن ثباتها بحساب معامل ألفا كرونباخ الذي بلغ [القيمة].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3-4 الأساليب الإحصائية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التكرارات والنسب المئوية.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المتوسطات الحسابية والانحرافات المعيارية.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معامل ارتباط بيرسون.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الفصل الرابع: عرض النتائج ومناقشتها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تُعرض النتائج بترتيب أسئلة البحث. لكل سؤال: نص السؤال، ثم جدول النتائج، ثم قراءة الجدول، ثم تفسير النتيجة ومقارنتها بالدراسات السابقة.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نتيجة السؤال الأول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للإجابة عن السؤال الأول حُسبت المتوسطات الحسابية والانحرافات المعيارية. وتبيّن أن مستوى [المتغير الأول] جاء بدرجة [مرتفعة/متوسطة/منخفضة] بمتوسط حسابي [القيمة]. ويعزو الباحث هذه النتيجة إلى [التفسير]، وهي تتفق مع دراسة [اسم الباحث والسنة].</w:t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الفصل الخامس: الخلاصة والتوصيات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5-1 خلاصة النتائج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[النتيجة الأولى في جملة واحدة].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[النتيجة الثانية في جملة واحدة].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[النتيجة الثالثة في جملة واحدة].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5-2 التوصيات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[توصية عملية موجهة إلى جهة محددة].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[توصية ثانية مبنية على نتيجة من نتائج البحث].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5-3 المقترحات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يقترح الباحث إجراء دراسة مماثلة على [عينة أو بيئة أخرى]، ودراسة [متغير آخر له علاقة بالموضوع].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المراجع</w:t>
      </w:r>
    </w:p>
    <w:p>
      <w:pPr>
        <w:bidi w:val="1"/>
        <w:jc w:val="both"/>
      </w:pPr>
      <w:r>
        <w:rPr>
          <w:rFonts w:ascii="Arial" w:hAnsi="Arial" w:cs="Arial"/>
          <w:b w:val="0"/>
          <w:sz w:val="28"/>
          <w:rtl w:val="1"/>
          <w:szCs w:val="28"/>
        </w:rPr>
        <w:t>تُرتَّب المراجع هجائيًا، العربية أولًا ثم الأجنبية، وفق نظام التوثيق المعتمد في الكلية (مثل APA). وهذه صيغة كل نوع: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كتاب: اسم العائلة، الاسم الأول. (السنة). عنوان الكتاب. مكان النشر: دار النشر.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مقال في مجلة: اسم العائلة، الاسم الأول. (السنة). عنوان المقال. اسم المجلة، المجلد(العدد)، الصفحات.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رسالة جامعية: اسم العائلة، الاسم الأول. (السنة). عنوان الرسالة [رسالة ماجستير غير منشورة]. اسم الجامعة.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موقع إلكتروني: اسم الجهة. (السنة). عنوان الصفحة. الرابط.</w:t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الملاحق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ملحق (1): أداة البحث في صورتها النهائية.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ملحق (2): قائمة بأسماء المحكّمين.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ملحق (3): خطاب تسهيل مهمة الباحث.</w:t>
      </w:r>
    </w:p>
    <w:p>
      <w:pPr>
        <w:bidi w:val="1"/>
        <w:jc w:val="right"/>
      </w:pPr>
      <w:r>
        <w:rPr>
          <w:rFonts w:ascii="Arial" w:hAnsi="Arial" w:cs="Arial"/>
          <w:b/>
          <w:color w:val="1B4F72"/>
          <w:sz w:val="36"/>
          <w:rtl w:val="1"/>
          <w:szCs w:val="36"/>
          <w:bCs/>
        </w:rPr>
        <w:t>تنسيق البحث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الخط: Traditional Arabic أو Simplified Arabic بحجم 14 للمتن و16 للعناوين الرئيسة.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تباعد الأسطر: 1.5.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الهوامش: 2.5 سم من كل الجهات، و3 سم من جهة التجليد.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ترقيم الصفحات التمهيدية بالحروف الأبجدية، وبقية البحث بالأرقام.</w:t>
      </w:r>
    </w:p>
    <w:p>
      <w:pPr>
        <w:bidi w:val="1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• عدد الصفحات: بين 30 و60 صفحة في أغلب الكليات، والمرجع النهائي دليل الكلية.</w:t>
      </w:r>
    </w:p>
    <w:p>
      <w:pPr>
        <w:bidi w:val="1"/>
        <w:jc w:val="center"/>
      </w:pPr>
      <w:r>
        <w:rPr>
          <w:rFonts w:ascii="Arial" w:hAnsi="Arial" w:cs="Arial"/>
          <w:b w:val="0"/>
          <w:color w:val="55606B"/>
          <w:sz w:val="22"/>
          <w:rtl w:val="1"/>
          <w:szCs w:val="22"/>
        </w:rPr>
        <w:t>toppers-edu.com | واتساب: 966549093465+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