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 w:val="0"/>
          <w:color w:val="2874A6"/>
          <w:sz w:val="24"/>
          <w:rtl w:val="1"/>
          <w:szCs w:val="24"/>
        </w:rPr>
        <w:t>توبرز للخدمات الطلابية</w:t>
      </w:r>
    </w:p>
    <w:p>
      <w:pPr>
        <w:bidi w:val="1"/>
        <w:jc w:val="center"/>
      </w:pPr>
      <w:r>
        <w:rPr>
          <w:rFonts w:ascii="Arial" w:hAnsi="Arial" w:cs="Arial"/>
          <w:b/>
          <w:color w:val="1B4F72"/>
          <w:sz w:val="40"/>
          <w:rtl w:val="1"/>
          <w:szCs w:val="40"/>
          <w:bCs/>
        </w:rPr>
        <w:t>مقدمة بحث جاهزة – 9 نماذج قابلة للتعديل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طريقة الاستخدام: اختر النموذج المناسب لنوع عملك، ثم استبدل كل ما بين القوسين [ ] ببيانات بحثك، وراجع المقدمة بعد الانتهاء من البحث لتتأكد أنها تطابق ما كتبته فعلًا.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1- مقدمة بحث جاهزة تصلح لأي موضوع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بسم الله الرحمن الرحيم، والحمد لله رب العالمين، والصلاة والسلام على نبينا محمد وعلى آله وصحبه أجمعين، وبعد؛ فإن موضوع [عنوان البحث] من الموضوعات التي تمس حياة الناس مباشرة، وتتجدد الحاجة إلى دراسته مع ما يشهده [المجال] من تغيرات. وقد اخترت الكتابة فيه لأقف على [الجانب الذي تدرسه]، ولأجمع ما تفرق من معلوماته في بحث واحد مرتب. وقسمت البحث إلى [عدد] مباحث، تناولت في الأول [عنوان المبحث الأول]، وفي الثاني [عنوان المبحث الثاني]، ثم ختمته بأهم النتائج والتوصيات. وأسأل الله التوفيق والسداد.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2- مقدمة بحث جامعي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يُعد [موضوع البحث] من القضايا التي حظيت باهتمام الباحثين في مجال [التخصص] خلال السنوات الأخيرة، لما له من أثر في [المجال أو الفئة المتأثرة]. وتأتي أهمية هذا البحث من أنه يتناول [الزاوية المحددة] التي لم تنل حظها الكافي من الدراسة. ويهدف البحث إلى [الهدف الأول]، و[الهدف الثاني]، معتمدًا على المنهج [الوصفي أو التحليلي أو المقارن]. وقد جاء البحث في [عدد] مباحث تسبقها هذه المقدمة، وتليها خاتمة تتضمن أبرز النتائج والتوصيات وقائمة بالمراجع.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3- مقدمة بحث تخرج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الحمد لله الذي وفقنا لإتمام هذا العمل، والصلاة والسلام على أشرف المرسلين، أما بعد؛ فيمثل هذا البحث خلاصة ما تعلمناه خلال سنوات الدراسة في قسم [اسم القسم] بكلية [اسم الكلية]. وقد وقع اختيارنا على موضوع [عنوان البحث] لأنه [سبب الاختيار]، ولما لاحظناه من [المشكلة] خلال [التدريب الميداني أو الدراسة]. ويسعى البحث إلى الإجابة عن السؤال الآتي: [سؤال البحث]. واتبعنا في ذلك المنهج [اسم المنهج]، واستخدمنا [أداة جمع البيانات] لجمع البيانات من [العينة]. ونتقدم بالشكر إلى المشرف [اسم المشرف] على توجيهاته، آملين أن يكون هذا البحث إضافة نافعة لمن يأتي بعدنا.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4- مقدمة بحث قصيرة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يتناول هذا البحث موضوع [عنوان البحث]، وهو موضوع مهم لأنه [سبب الأهمية في جملة واحدة]. ويهدف إلى توضيح [الهدف]، من خلال عرض [العناصر الرئيسة]، ثم خاتمة تلخص أهم ما توصلت إليه.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5- مقدمة بحث علمي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شهد مجال [المجال العلمي] تطورًا متسارعًا خلال العقد الأخير، غير أن [الفجوة البحثية] ما زالت بحاجة إلى مزيد من الدراسة. وتشير دراسات سابقة إلى [ما توصلت إليه الدراسات باختصار]، لكنها لم تتناول [ما لم يُدرس بعد]. ومن هنا تنطلق مشكلة هذا البحث، التي تتحدد في السؤال: [سؤال البحث]. ويهدف البحث إلى [الأهداف]، وتكمن أهميته في [الأهمية النظرية والتطبيقية]. واعتمد البحث المنهج [اسم المنهج]، وطُبّق على عينة من [وصف العينة] باستخدام [الأداة].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6- مقدمة تقرير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يعرض هذا التقرير [موضوع التقرير] خلال الفترة من [تاريخ البداية] إلى [تاريخ النهاية]، بتكليف من [الجهة]. ويهدف إلى [الغرض من التقرير]، ويعتمد على بيانات جُمعت من [مصدر البيانات]. ويتكون التقرير من [عدد] أقسام: يتناول الأول [عنوان القسم الأول]، والثاني [عنوان القسم الثاني]، ويُختتم بالنتائج والتوصيات المقترحة.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7- مقدمة مشروع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تنطلق فكرة مشروع [اسم المشروع] من حاجة [الفئة المستهدفة] إلى [الحاجة أو المشكلة]. ويهدف المشروع إلى [الهدف الرئيس] عن طريق [الحل أو المنتج]. وتوضح هذه الوثيقة مراحل تنفيذ المشروع، والأدوات المستخدمة فيه، والنتائج المتوقعة منه، والصعوبات التي واجهت فريق العمل وكيف تجاوزها.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8- مقدمة كتاب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الحمد لله، والصلاة والسلام على رسول الله، وبعد؛ فهذا كتاب في [موضوع الكتاب]، كتبته بعد أن لمست حاجة [القراء المستهدفين] إلى مرجع يجمع [ما يجمعه الكتاب] بأسلوب ميسر. وقد رتبته في [عدد] فصول، يبدأ أولها بـ[موضوع الفصل الأول] وينتهي آخرها بـ[موضوع الفصل الأخير]. وحرصت فيه على [منهج الكتابة]. فما كان فيه من صواب فمن الله، وما كان من خطأ فمني.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30"/>
          <w:rtl w:val="1"/>
          <w:szCs w:val="30"/>
          <w:bCs/>
        </w:rPr>
        <w:t>9- مقدمة مقال جاهزة</w:t>
      </w:r>
    </w:p>
    <w:p>
      <w:pPr>
        <w:bidi w:val="1"/>
        <w:jc w:val="both"/>
      </w:pPr>
      <w:r>
        <w:rPr>
          <w:rFonts w:ascii="Arial" w:hAnsi="Arial" w:cs="Arial"/>
          <w:b w:val="0"/>
          <w:sz w:val="26"/>
          <w:rtl w:val="1"/>
          <w:szCs w:val="26"/>
        </w:rPr>
        <w:t>[جملة افتتاحية تطرح سؤالًا أو حقيقة لافتة عن الموضوع]. هذا ما يجعل [موضوع المقال] جديرًا بالتوقف عنده اليوم. في هذا المقال نوضح [النقطة الأولى]، ثم [النقطة الثانية]، لنصل في النهاية إلى [ما سيخرج به القارئ].</w:t>
      </w:r>
    </w:p>
    <w:p>
      <w:pPr>
        <w:bidi w:val="1"/>
        <w:jc w:val="center"/>
      </w:pPr>
      <w:r>
        <w:rPr>
          <w:rFonts w:ascii="Arial" w:hAnsi="Arial" w:cs="Arial"/>
          <w:b w:val="0"/>
          <w:color w:val="55606B"/>
          <w:sz w:val="22"/>
          <w:rtl w:val="1"/>
          <w:szCs w:val="22"/>
        </w:rPr>
        <w:t>toppers-edu.com | واتساب: 966549093465+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